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9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3447"/>
      </w:tblGrid>
      <w:tr w:rsidR="005B49D3" w:rsidRPr="00565CD6" w14:paraId="479EB766" w14:textId="77777777" w:rsidTr="00D71E1F">
        <w:tc>
          <w:tcPr>
            <w:tcW w:w="6091" w:type="dxa"/>
          </w:tcPr>
          <w:p w14:paraId="463D5E4A" w14:textId="77777777" w:rsidR="005B49D3" w:rsidRPr="00565CD6" w:rsidRDefault="005B49D3" w:rsidP="00E97B00">
            <w:pPr>
              <w:pBdr>
                <w:bottom w:val="single" w:sz="4" w:space="1" w:color="auto"/>
              </w:pBdr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pacing w:val="60"/>
                <w:sz w:val="26"/>
              </w:rPr>
            </w:pPr>
            <w:bookmarkStart w:id="0" w:name="_Hlk226875315"/>
            <w:r w:rsidRPr="00565CD6">
              <w:rPr>
                <w:rFonts w:ascii="Times New Roman" w:hAnsi="Times New Roman" w:cs="Times New Roman"/>
                <w:b/>
                <w:bCs/>
                <w:spacing w:val="60"/>
                <w:sz w:val="26"/>
              </w:rPr>
              <w:t>JOURNAL OF HUMAN SCIENCES</w:t>
            </w:r>
          </w:p>
          <w:p w14:paraId="16ED0A6F" w14:textId="1DE06231" w:rsidR="005B49D3" w:rsidRPr="00565CD6" w:rsidRDefault="005B49D3" w:rsidP="00E97B00">
            <w:pPr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65CD6">
              <w:rPr>
                <w:rFonts w:ascii="Times New Roman" w:hAnsi="Times New Roman" w:cs="Times New Roman"/>
                <w:sz w:val="20"/>
                <w:szCs w:val="20"/>
              </w:rPr>
              <w:t xml:space="preserve">Volume </w:t>
            </w:r>
            <w:r w:rsidR="007C395D" w:rsidRPr="00565CD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382A1F" w:rsidRPr="00565CD6">
              <w:rPr>
                <w:rFonts w:ascii="Times New Roman" w:hAnsi="Times New Roman" w:cs="Times New Roman"/>
                <w:sz w:val="20"/>
                <w:szCs w:val="20"/>
              </w:rPr>
              <w:t>, Issue</w:t>
            </w:r>
            <w:r w:rsidRPr="00565C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2C2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65C97" w:rsidRPr="00565CD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65CD6">
              <w:rPr>
                <w:rFonts w:ascii="Times New Roman" w:hAnsi="Times New Roman" w:cs="Times New Roman"/>
                <w:sz w:val="20"/>
                <w:szCs w:val="20"/>
              </w:rPr>
              <w:t xml:space="preserve"> Year </w:t>
            </w:r>
            <w:r w:rsidR="007C395D" w:rsidRPr="00565CD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478872C8" w14:textId="43DD3D22" w:rsidR="005B49D3" w:rsidRPr="007452BC" w:rsidRDefault="005B49D3" w:rsidP="00E97B00">
            <w:pPr>
              <w:adjustRightInd w:val="0"/>
              <w:snapToGri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65CD6">
              <w:rPr>
                <w:rFonts w:ascii="Times New Roman" w:hAnsi="Times New Roman" w:cs="Times New Roman"/>
                <w:sz w:val="20"/>
                <w:szCs w:val="20"/>
              </w:rPr>
              <w:t xml:space="preserve">DOI: </w:t>
            </w:r>
            <w:hyperlink r:id="rId8" w:history="1">
              <w:r w:rsidR="00412C2C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https://doi.org/10.14687/jhs.v23i2.XXXX</w:t>
              </w:r>
            </w:hyperlink>
          </w:p>
        </w:tc>
        <w:tc>
          <w:tcPr>
            <w:tcW w:w="3447" w:type="dxa"/>
          </w:tcPr>
          <w:p w14:paraId="5EB86ECF" w14:textId="77777777" w:rsidR="00395D63" w:rsidRDefault="005B49D3" w:rsidP="00304DF4">
            <w:pPr>
              <w:adjustRightInd w:val="0"/>
              <w:snapToGrid w:val="0"/>
              <w:spacing w:after="60"/>
              <w:jc w:val="right"/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</w:pPr>
            <w:bookmarkStart w:id="1" w:name="_Hlk225455276"/>
            <w:bookmarkStart w:id="2" w:name="_Hlk225521115"/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Received: 12 Jan</w:t>
            </w:r>
            <w:r w:rsidR="007A4663"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uary</w:t>
            </w:r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 xml:space="preserve"> 2026</w:t>
            </w:r>
          </w:p>
          <w:p w14:paraId="3C8027D6" w14:textId="5610D496" w:rsidR="00395D63" w:rsidRDefault="005B49D3" w:rsidP="00304DF4">
            <w:pPr>
              <w:adjustRightInd w:val="0"/>
              <w:snapToGrid w:val="0"/>
              <w:spacing w:after="60"/>
              <w:jc w:val="right"/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</w:pPr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Accepted: 28 Feb</w:t>
            </w:r>
            <w:r w:rsidR="007A4663"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ruary</w:t>
            </w:r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 xml:space="preserve"> 2026</w:t>
            </w:r>
          </w:p>
          <w:p w14:paraId="2001B515" w14:textId="3F4E5E30" w:rsidR="00395D63" w:rsidRDefault="005B49D3" w:rsidP="00304DF4">
            <w:pPr>
              <w:adjustRightInd w:val="0"/>
              <w:snapToGrid w:val="0"/>
              <w:spacing w:after="60"/>
              <w:jc w:val="right"/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</w:pPr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Published: 15 Ma</w:t>
            </w:r>
            <w:r w:rsidR="007A4663"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rch</w:t>
            </w:r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 xml:space="preserve"> 2026 </w:t>
            </w:r>
          </w:p>
          <w:p w14:paraId="58A8324E" w14:textId="5D5BA625" w:rsidR="005B49D3" w:rsidRPr="00565CD6" w:rsidRDefault="005B49D3" w:rsidP="00304DF4">
            <w:pPr>
              <w:adjustRightInd w:val="0"/>
              <w:snapToGrid w:val="0"/>
              <w:spacing w:after="60"/>
              <w:jc w:val="right"/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</w:pPr>
            <w:r w:rsidRPr="00565CD6">
              <w:rPr>
                <w:rFonts w:ascii="Times New Roman" w:hAnsi="Times New Roman" w:cs="Times New Roman"/>
                <w:color w:val="4A442A" w:themeColor="background2" w:themeShade="40"/>
                <w:sz w:val="18"/>
                <w:szCs w:val="18"/>
              </w:rPr>
              <w:t>© The Author(s) 2026 CC BY-SA 4.0</w:t>
            </w:r>
            <w:bookmarkEnd w:id="1"/>
            <w:bookmarkEnd w:id="2"/>
          </w:p>
        </w:tc>
      </w:tr>
    </w:tbl>
    <w:bookmarkEnd w:id="0"/>
    <w:p w14:paraId="797DDEA7" w14:textId="77777777" w:rsidR="00F2202C" w:rsidRPr="00565CD6" w:rsidRDefault="005B49D3" w:rsidP="00FE206C">
      <w:pPr>
        <w:pStyle w:val="JHSArticleTitle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 xml:space="preserve">Title (in </w:t>
      </w:r>
      <w:r w:rsidR="005D3CE2" w:rsidRPr="00565CD6">
        <w:rPr>
          <w:rFonts w:ascii="Times New Roman" w:hAnsi="Times New Roman" w:cs="Times New Roman"/>
        </w:rPr>
        <w:t>a</w:t>
      </w:r>
      <w:r w:rsidRPr="00565CD6">
        <w:rPr>
          <w:rFonts w:ascii="Times New Roman" w:hAnsi="Times New Roman" w:cs="Times New Roman"/>
        </w:rPr>
        <w:t xml:space="preserve">rticle </w:t>
      </w:r>
      <w:r w:rsidR="005D3CE2" w:rsidRPr="00565CD6">
        <w:rPr>
          <w:rFonts w:ascii="Times New Roman" w:hAnsi="Times New Roman" w:cs="Times New Roman"/>
        </w:rPr>
        <w:t>l</w:t>
      </w:r>
      <w:r w:rsidRPr="00565CD6">
        <w:rPr>
          <w:rFonts w:ascii="Times New Roman" w:hAnsi="Times New Roman" w:cs="Times New Roman"/>
        </w:rPr>
        <w:t>anguage</w:t>
      </w:r>
      <w:r w:rsidR="005D3CE2" w:rsidRPr="00565CD6">
        <w:rPr>
          <w:rFonts w:ascii="Times New Roman" w:hAnsi="Times New Roman" w:cs="Times New Roman"/>
        </w:rPr>
        <w:t xml:space="preserve"> </w:t>
      </w:r>
      <w:bookmarkStart w:id="3" w:name="_Hlk225965338"/>
      <w:r w:rsidR="005D3CE2" w:rsidRPr="00565CD6">
        <w:rPr>
          <w:rFonts w:ascii="Times New Roman" w:hAnsi="Times New Roman" w:cs="Times New Roman"/>
        </w:rPr>
        <w:t>sentence case</w:t>
      </w:r>
      <w:bookmarkEnd w:id="3"/>
      <w:r w:rsidRPr="00565CD6">
        <w:rPr>
          <w:rFonts w:ascii="Times New Roman" w:hAnsi="Times New Roman" w:cs="Times New Roman"/>
        </w:rPr>
        <w:t>)</w:t>
      </w:r>
    </w:p>
    <w:p w14:paraId="10DC0682" w14:textId="06901A07" w:rsidR="005B49D3" w:rsidRPr="00565CD6" w:rsidRDefault="005B49D3" w:rsidP="00134275">
      <w:pPr>
        <w:pStyle w:val="JHSArticleSubtitle"/>
        <w:spacing w:after="72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 xml:space="preserve">Title (English </w:t>
      </w:r>
      <w:r w:rsidR="005D3CE2" w:rsidRPr="00565CD6">
        <w:rPr>
          <w:rFonts w:ascii="Times New Roman" w:hAnsi="Times New Roman" w:cs="Times New Roman"/>
        </w:rPr>
        <w:t>l</w:t>
      </w:r>
      <w:r w:rsidRPr="00565CD6">
        <w:rPr>
          <w:rFonts w:ascii="Times New Roman" w:hAnsi="Times New Roman" w:cs="Times New Roman"/>
        </w:rPr>
        <w:t>anguage</w:t>
      </w:r>
      <w:r w:rsidR="00F2202C" w:rsidRPr="00565CD6">
        <w:rPr>
          <w:rFonts w:ascii="Times New Roman" w:hAnsi="Times New Roman" w:cs="Times New Roman"/>
        </w:rPr>
        <w:t xml:space="preserve"> sentence case</w:t>
      </w:r>
      <w:r w:rsidRPr="00565CD6">
        <w:rPr>
          <w:rFonts w:ascii="Times New Roman" w:hAnsi="Times New Roman" w:cs="Times New Roman"/>
          <w:bCs/>
          <w:szCs w:val="24"/>
        </w:rPr>
        <w:t>)</w:t>
      </w:r>
    </w:p>
    <w:p w14:paraId="63F26132" w14:textId="77777777" w:rsidR="005B49D3" w:rsidRPr="00565CD6" w:rsidRDefault="005B49D3" w:rsidP="00A9773D">
      <w:pPr>
        <w:pStyle w:val="JHSAuthorName"/>
        <w:spacing w:after="0" w:line="240" w:lineRule="auto"/>
        <w:rPr>
          <w:rFonts w:ascii="Times New Roman" w:hAnsi="Times New Roman" w:cs="Times New Roman"/>
        </w:rPr>
      </w:pPr>
      <w:bookmarkStart w:id="4" w:name="_Hlk227920730"/>
      <w:r w:rsidRPr="00565CD6">
        <w:rPr>
          <w:rFonts w:ascii="Times New Roman" w:hAnsi="Times New Roman" w:cs="Times New Roman"/>
        </w:rPr>
        <w:t>First Author</w:t>
      </w:r>
    </w:p>
    <w:p w14:paraId="6487AF4D" w14:textId="3016DD62" w:rsidR="005B49D3" w:rsidRPr="00565CD6" w:rsidRDefault="005B49D3" w:rsidP="00A9773D">
      <w:pPr>
        <w:pStyle w:val="JHSYazarAffiliation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 xml:space="preserve">Department, </w:t>
      </w:r>
      <w:r w:rsidR="00D6662F">
        <w:rPr>
          <w:rFonts w:ascii="Times New Roman" w:hAnsi="Times New Roman" w:cs="Times New Roman"/>
        </w:rPr>
        <w:t xml:space="preserve">Faculty, </w:t>
      </w:r>
      <w:r w:rsidRPr="00565CD6">
        <w:rPr>
          <w:rFonts w:ascii="Times New Roman" w:hAnsi="Times New Roman" w:cs="Times New Roman"/>
        </w:rPr>
        <w:t>University, Country</w:t>
      </w:r>
    </w:p>
    <w:p w14:paraId="20783B6E" w14:textId="01053EA2" w:rsidR="0021213D" w:rsidRPr="00565CD6" w:rsidRDefault="005B49D3" w:rsidP="00A9773D">
      <w:pPr>
        <w:pStyle w:val="JHSORCID"/>
        <w:spacing w:after="0" w:line="240" w:lineRule="auto"/>
        <w:rPr>
          <w:rFonts w:ascii="Times New Roman" w:hAnsi="Times New Roman" w:cs="Times New Roman"/>
        </w:rPr>
      </w:pPr>
      <w:hyperlink r:id="rId9" w:history="1">
        <w:r w:rsidRPr="00565CD6">
          <w:rPr>
            <w:rStyle w:val="Kpr"/>
            <w:rFonts w:ascii="Times New Roman" w:hAnsi="Times New Roman" w:cs="Times New Roman"/>
            <w:color w:val="auto"/>
            <w:u w:val="none"/>
          </w:rPr>
          <w:t>https://orcid.org/0000-0000-0000-0000</w:t>
        </w:r>
      </w:hyperlink>
    </w:p>
    <w:p w14:paraId="40947748" w14:textId="7C032A3C" w:rsidR="005B49D3" w:rsidRPr="00565CD6" w:rsidRDefault="005B49D3" w:rsidP="00A9773D">
      <w:pPr>
        <w:pStyle w:val="JHSEmail"/>
        <w:spacing w:after="0" w:line="240" w:lineRule="auto"/>
        <w:rPr>
          <w:rFonts w:ascii="Times New Roman" w:hAnsi="Times New Roman" w:cs="Times New Roman"/>
        </w:rPr>
      </w:pPr>
      <w:proofErr w:type="spellStart"/>
      <w:r w:rsidRPr="00565CD6">
        <w:rPr>
          <w:rFonts w:ascii="Times New Roman" w:hAnsi="Times New Roman" w:cs="Times New Roman"/>
        </w:rPr>
        <w:t>xxx@xxx</w:t>
      </w:r>
      <w:proofErr w:type="spellEnd"/>
    </w:p>
    <w:bookmarkEnd w:id="4"/>
    <w:p w14:paraId="60C06517" w14:textId="2F8D513A" w:rsidR="005B49D3" w:rsidRPr="00565CD6" w:rsidRDefault="005B49D3" w:rsidP="00A9773D">
      <w:pPr>
        <w:pStyle w:val="JHSCitation"/>
        <w:spacing w:before="120"/>
        <w:rPr>
          <w:rStyle w:val="Gl"/>
          <w:rFonts w:ascii="Times New Roman" w:hAnsi="Times New Roman" w:cs="Times New Roman"/>
          <w:b w:val="0"/>
          <w:bCs w:val="0"/>
        </w:rPr>
      </w:pPr>
      <w:r w:rsidRPr="00565CD6">
        <w:rPr>
          <w:rFonts w:ascii="Times New Roman" w:hAnsi="Times New Roman" w:cs="Times New Roman"/>
          <w:b/>
          <w:bCs/>
        </w:rPr>
        <w:t>Corresponding Author:</w:t>
      </w:r>
      <w:r w:rsidRPr="00565CD6">
        <w:rPr>
          <w:rFonts w:ascii="Times New Roman" w:hAnsi="Times New Roman" w:cs="Times New Roman"/>
        </w:rPr>
        <w:t xml:space="preserve"> First Author </w:t>
      </w:r>
      <w:proofErr w:type="gramStart"/>
      <w:r w:rsidR="00AA1C35" w:rsidRPr="00565CD6">
        <w:rPr>
          <w:rFonts w:ascii="Times New Roman" w:hAnsi="Times New Roman" w:cs="Times New Roman"/>
        </w:rPr>
        <w:t>(</w:t>
      </w:r>
      <w:r w:rsidRPr="00565CD6">
        <w:rPr>
          <w:rFonts w:ascii="Times New Roman" w:hAnsi="Times New Roman" w:cs="Times New Roman"/>
        </w:rPr>
        <w:t xml:space="preserve"> </w:t>
      </w:r>
      <w:proofErr w:type="spellStart"/>
      <w:r w:rsidRPr="00565CD6">
        <w:rPr>
          <w:rFonts w:ascii="Times New Roman" w:hAnsi="Times New Roman" w:cs="Times New Roman"/>
        </w:rPr>
        <w:t>xxx</w:t>
      </w:r>
      <w:proofErr w:type="gramEnd"/>
      <w:r w:rsidRPr="00565CD6">
        <w:rPr>
          <w:rFonts w:ascii="Times New Roman" w:hAnsi="Times New Roman" w:cs="Times New Roman"/>
        </w:rPr>
        <w:t>@xxx</w:t>
      </w:r>
      <w:proofErr w:type="spellEnd"/>
      <w:r w:rsidR="00AA1C35" w:rsidRPr="00565CD6">
        <w:rPr>
          <w:rFonts w:ascii="Times New Roman" w:hAnsi="Times New Roman" w:cs="Times New Roman"/>
        </w:rPr>
        <w:t>)</w:t>
      </w:r>
    </w:p>
    <w:p w14:paraId="39AE6467" w14:textId="77777777" w:rsidR="005B49D3" w:rsidRPr="00565CD6" w:rsidRDefault="005B49D3" w:rsidP="00B94680">
      <w:pPr>
        <w:pStyle w:val="JHSAbstractTitle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Abstract (in Article Language)</w:t>
      </w:r>
    </w:p>
    <w:p w14:paraId="724E9DDB" w14:textId="77777777" w:rsidR="005B49D3" w:rsidRPr="00565CD6" w:rsidRDefault="005B49D3" w:rsidP="00A50393">
      <w:pPr>
        <w:pStyle w:val="JHSAbstractBody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Research aim; Method; Findings; Conclusion (150–250 words).</w:t>
      </w:r>
    </w:p>
    <w:p w14:paraId="30190EF8" w14:textId="56B50083" w:rsidR="005B49D3" w:rsidRPr="00565CD6" w:rsidRDefault="00151361" w:rsidP="00A50393">
      <w:pPr>
        <w:pStyle w:val="JHSKeywords"/>
        <w:rPr>
          <w:rFonts w:ascii="Times New Roman" w:hAnsi="Times New Roman" w:cs="Times New Roman"/>
          <w:szCs w:val="20"/>
        </w:rPr>
      </w:pPr>
      <w:r w:rsidRPr="00565CD6">
        <w:rPr>
          <w:rFonts w:ascii="Times New Roman" w:hAnsi="Times New Roman" w:cs="Times New Roman"/>
          <w:b/>
          <w:bCs/>
        </w:rPr>
        <w:t>Anahtar Kelimeler</w:t>
      </w:r>
      <w:r w:rsidR="005B49D3" w:rsidRPr="00565CD6">
        <w:rPr>
          <w:rFonts w:ascii="Times New Roman" w:hAnsi="Times New Roman" w:cs="Times New Roman"/>
          <w:b/>
          <w:szCs w:val="20"/>
        </w:rPr>
        <w:t>:</w:t>
      </w:r>
      <w:r w:rsidR="00A50393" w:rsidRPr="00565CD6">
        <w:rPr>
          <w:rFonts w:ascii="Times New Roman" w:hAnsi="Times New Roman" w:cs="Times New Roman"/>
          <w:b/>
          <w:szCs w:val="20"/>
        </w:rPr>
        <w:t xml:space="preserve"> </w:t>
      </w:r>
      <w:r w:rsidR="00A50393" w:rsidRPr="00565CD6">
        <w:rPr>
          <w:rFonts w:ascii="Times New Roman" w:hAnsi="Times New Roman" w:cs="Times New Roman"/>
        </w:rPr>
        <w:t>keyword1, keyword2, keyword3, keyword4, keyword5</w:t>
      </w:r>
    </w:p>
    <w:p w14:paraId="4C601F41" w14:textId="77777777" w:rsidR="005B49D3" w:rsidRPr="00565CD6" w:rsidRDefault="005B49D3" w:rsidP="00B507D6">
      <w:pPr>
        <w:pStyle w:val="JHSAbstractTitle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Abstract (in English)</w:t>
      </w:r>
    </w:p>
    <w:p w14:paraId="1E9BCE51" w14:textId="77777777" w:rsidR="005B49D3" w:rsidRPr="00565CD6" w:rsidRDefault="005B49D3" w:rsidP="00B507D6">
      <w:pPr>
        <w:pStyle w:val="JHSAbstractBody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Same structure.</w:t>
      </w:r>
    </w:p>
    <w:p w14:paraId="6677B3AA" w14:textId="3B67F1D7" w:rsidR="005B49D3" w:rsidRPr="00565CD6" w:rsidRDefault="00151361" w:rsidP="00B507D6">
      <w:pPr>
        <w:pStyle w:val="JHSKeywords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szCs w:val="20"/>
        </w:rPr>
        <w:t>Keywords</w:t>
      </w:r>
      <w:r w:rsidR="005B49D3" w:rsidRPr="00565CD6">
        <w:rPr>
          <w:rFonts w:ascii="Times New Roman" w:hAnsi="Times New Roman" w:cs="Times New Roman"/>
          <w:b/>
          <w:bCs/>
        </w:rPr>
        <w:t>:</w:t>
      </w:r>
      <w:r w:rsidR="00B507D6" w:rsidRPr="00565CD6">
        <w:rPr>
          <w:rFonts w:ascii="Times New Roman" w:hAnsi="Times New Roman" w:cs="Times New Roman"/>
        </w:rPr>
        <w:t xml:space="preserve"> </w:t>
      </w:r>
      <w:r w:rsidR="00B507D6" w:rsidRPr="00565CD6">
        <w:rPr>
          <w:rFonts w:ascii="Times New Roman" w:eastAsia="Garamond" w:hAnsi="Times New Roman" w:cs="Times New Roman"/>
          <w:szCs w:val="20"/>
        </w:rPr>
        <w:t>keyword1, keyword2, keyword3, keyword4, keyword5</w:t>
      </w:r>
    </w:p>
    <w:p w14:paraId="19345F05" w14:textId="67BE568B" w:rsidR="005B49D3" w:rsidRPr="00565CD6" w:rsidRDefault="005B49D3" w:rsidP="00B94680">
      <w:pPr>
        <w:pStyle w:val="JHSExtendedAbstractgndermeNotu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 xml:space="preserve">Extended English </w:t>
      </w:r>
      <w:r w:rsidR="00C9346C">
        <w:rPr>
          <w:rFonts w:ascii="Times New Roman" w:hAnsi="Times New Roman" w:cs="Times New Roman"/>
        </w:rPr>
        <w:t>Summary</w:t>
      </w:r>
      <w:r w:rsidRPr="00565CD6">
        <w:rPr>
          <w:rFonts w:ascii="Times New Roman" w:hAnsi="Times New Roman" w:cs="Times New Roman"/>
        </w:rPr>
        <w:t xml:space="preserve"> is provided at the end of th</w:t>
      </w:r>
      <w:r w:rsidR="00E114AF">
        <w:rPr>
          <w:rFonts w:ascii="Times New Roman" w:hAnsi="Times New Roman" w:cs="Times New Roman"/>
        </w:rPr>
        <w:t>is file</w:t>
      </w:r>
      <w:r w:rsidRPr="00565CD6">
        <w:rPr>
          <w:rFonts w:ascii="Times New Roman" w:hAnsi="Times New Roman" w:cs="Times New Roman"/>
        </w:rPr>
        <w:t>.</w:t>
      </w:r>
    </w:p>
    <w:p w14:paraId="144A63E5" w14:textId="17FF0EA9" w:rsidR="00195357" w:rsidRPr="00565CD6" w:rsidRDefault="009631C1" w:rsidP="00163B15">
      <w:pPr>
        <w:pStyle w:val="JHSHeading1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Heading 1</w:t>
      </w:r>
    </w:p>
    <w:p w14:paraId="04E6F454" w14:textId="77777777" w:rsidR="00195357" w:rsidRPr="00565CD6" w:rsidRDefault="00195357" w:rsidP="00195357">
      <w:pPr>
        <w:pStyle w:val="JHSBody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Main text...</w:t>
      </w:r>
    </w:p>
    <w:p w14:paraId="2B37ED78" w14:textId="135A25B6" w:rsidR="00195357" w:rsidRPr="00565CD6" w:rsidRDefault="00163B15" w:rsidP="00163B15">
      <w:pPr>
        <w:pStyle w:val="JHSHeading2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Heading 2</w:t>
      </w:r>
    </w:p>
    <w:p w14:paraId="1B9DDBDA" w14:textId="77777777" w:rsidR="00195357" w:rsidRPr="00565CD6" w:rsidRDefault="00195357" w:rsidP="00195357">
      <w:pPr>
        <w:pStyle w:val="JHSBody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Main text...</w:t>
      </w:r>
    </w:p>
    <w:p w14:paraId="305CD129" w14:textId="6836DF64" w:rsidR="00174AEF" w:rsidRPr="00565CD6" w:rsidRDefault="00195357" w:rsidP="00163B15">
      <w:pPr>
        <w:pStyle w:val="JHSBody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Main text...</w:t>
      </w:r>
    </w:p>
    <w:p w14:paraId="334FEBF0" w14:textId="77777777" w:rsidR="004A7194" w:rsidRPr="00565CD6" w:rsidRDefault="004A7194" w:rsidP="004A7194">
      <w:pPr>
        <w:pStyle w:val="JHSHeading2"/>
        <w:rPr>
          <w:rFonts w:ascii="Times New Roman" w:hAnsi="Times New Roman" w:cs="Times New Roman"/>
        </w:rPr>
        <w:sectPr w:rsidR="004A7194" w:rsidRPr="00565CD6" w:rsidSect="0059117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17" w:right="1417" w:bottom="1417" w:left="1417" w:header="720" w:footer="720" w:gutter="0"/>
          <w:lnNumType w:countBy="1" w:restart="continuous"/>
          <w:cols w:space="720"/>
          <w:titlePg/>
          <w:docGrid w:linePitch="360"/>
        </w:sectPr>
      </w:pPr>
    </w:p>
    <w:p w14:paraId="1D0D1BE6" w14:textId="77777777" w:rsidR="00195357" w:rsidRPr="00565CD6" w:rsidRDefault="00195357" w:rsidP="00195357">
      <w:pPr>
        <w:pStyle w:val="JHSHeading1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lastRenderedPageBreak/>
        <w:t>References</w:t>
      </w:r>
    </w:p>
    <w:p w14:paraId="1AF3F84F" w14:textId="77777777" w:rsidR="00195357" w:rsidRPr="00565CD6" w:rsidRDefault="00195357" w:rsidP="00195357">
      <w:pPr>
        <w:pStyle w:val="JHSkaynaka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Sample reference...</w:t>
      </w:r>
    </w:p>
    <w:p w14:paraId="789FF847" w14:textId="77777777" w:rsidR="004A7194" w:rsidRPr="00565CD6" w:rsidRDefault="004A7194" w:rsidP="00195357">
      <w:pPr>
        <w:pStyle w:val="JHSkaynaka"/>
        <w:rPr>
          <w:rFonts w:ascii="Times New Roman" w:hAnsi="Times New Roman" w:cs="Times New Roman"/>
        </w:rPr>
      </w:pPr>
    </w:p>
    <w:p w14:paraId="192EB320" w14:textId="77777777" w:rsidR="00A1312F" w:rsidRPr="00565CD6" w:rsidRDefault="00A1312F" w:rsidP="00A1312F">
      <w:pPr>
        <w:pStyle w:val="JHSBeyanlarbody"/>
        <w:rPr>
          <w:rFonts w:ascii="Times New Roman" w:hAnsi="Times New Roman" w:cs="Times New Roman"/>
        </w:rPr>
      </w:pPr>
    </w:p>
    <w:p w14:paraId="6A897013" w14:textId="77777777" w:rsidR="00F54E35" w:rsidRPr="00565CD6" w:rsidRDefault="00F54E35" w:rsidP="00F54E35">
      <w:pPr>
        <w:spacing w:before="240" w:after="120"/>
        <w:rPr>
          <w:rFonts w:ascii="Times New Roman" w:hAnsi="Times New Roman" w:cs="Times New Roman"/>
          <w:b/>
          <w:bCs/>
        </w:rPr>
      </w:pPr>
      <w:r w:rsidRPr="00565CD6">
        <w:rPr>
          <w:rFonts w:ascii="Times New Roman" w:hAnsi="Times New Roman" w:cs="Times New Roman"/>
        </w:rPr>
        <w:t xml:space="preserve">[English only] </w:t>
      </w:r>
      <w:r w:rsidRPr="00565CD6">
        <w:rPr>
          <w:rFonts w:ascii="Times New Roman" w:hAnsi="Times New Roman" w:cs="Times New Roman"/>
          <w:b/>
          <w:bCs/>
        </w:rPr>
        <w:t>Declarations</w:t>
      </w:r>
    </w:p>
    <w:p w14:paraId="359D8848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Ethical Approval:</w:t>
      </w:r>
      <w:r w:rsidRPr="00565CD6">
        <w:rPr>
          <w:rFonts w:ascii="Times New Roman" w:hAnsi="Times New Roman" w:cs="Times New Roman"/>
        </w:rPr>
        <w:t xml:space="preserve"> This study was conducted in accordance with ethical standards and approved by the Institutional Review Board of [University Name] (Approval No: XXXX, Date: XX Month 20XX).</w:t>
      </w:r>
    </w:p>
    <w:p w14:paraId="778203E6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Informed Consent:</w:t>
      </w:r>
      <w:r w:rsidRPr="00565CD6">
        <w:rPr>
          <w:rFonts w:ascii="Times New Roman" w:hAnsi="Times New Roman" w:cs="Times New Roman"/>
        </w:rPr>
        <w:t xml:space="preserve"> Informed consent was obtained from all individual participants included in the study.</w:t>
      </w:r>
    </w:p>
    <w:p w14:paraId="51DC9546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Funding</w:t>
      </w:r>
      <w:r w:rsidRPr="00565CD6">
        <w:rPr>
          <w:rFonts w:ascii="Times New Roman" w:hAnsi="Times New Roman" w:cs="Times New Roman"/>
        </w:rPr>
        <w:t>: The authors received no financial support for the research, authorship, and/or publication of this article.</w:t>
      </w:r>
    </w:p>
    <w:p w14:paraId="16578F0D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Conflict of Interest:</w:t>
      </w:r>
      <w:r w:rsidRPr="00565CD6">
        <w:rPr>
          <w:rFonts w:ascii="Times New Roman" w:hAnsi="Times New Roman" w:cs="Times New Roman"/>
        </w:rPr>
        <w:t xml:space="preserve"> The authors declare that they have no conflict of interest.</w:t>
      </w:r>
    </w:p>
    <w:p w14:paraId="3817996D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Author Contributions (</w:t>
      </w:r>
      <w:proofErr w:type="spellStart"/>
      <w:r w:rsidRPr="00565CD6">
        <w:rPr>
          <w:rFonts w:ascii="Times New Roman" w:hAnsi="Times New Roman" w:cs="Times New Roman"/>
          <w:b/>
          <w:bCs/>
        </w:rPr>
        <w:t>CRediT</w:t>
      </w:r>
      <w:proofErr w:type="spellEnd"/>
      <w:r w:rsidRPr="00565CD6">
        <w:rPr>
          <w:rFonts w:ascii="Times New Roman" w:hAnsi="Times New Roman" w:cs="Times New Roman"/>
        </w:rPr>
        <w:t>): Conceptualization: [Name]; Methodology: [Name]; Formal analysis: [Name]; Investigation: [Name]; Writing – original draft: [Name]; Writing – review &amp; editing: [Name].</w:t>
      </w:r>
    </w:p>
    <w:p w14:paraId="7C65AACF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Data Availability:</w:t>
      </w:r>
      <w:r w:rsidRPr="00565CD6">
        <w:rPr>
          <w:rFonts w:ascii="Times New Roman" w:hAnsi="Times New Roman" w:cs="Times New Roman"/>
        </w:rPr>
        <w:t xml:space="preserve"> The data that support the findings of this study are available from the corresponding author upon reasonable request.</w:t>
      </w:r>
    </w:p>
    <w:p w14:paraId="6356BA96" w14:textId="77777777" w:rsidR="00F54E35" w:rsidRPr="00565CD6" w:rsidRDefault="00F54E35" w:rsidP="00F54E35">
      <w:pPr>
        <w:spacing w:after="0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  <w:b/>
          <w:bCs/>
        </w:rPr>
        <w:t>Conference Presentation:</w:t>
      </w:r>
      <w:r w:rsidRPr="00565CD6">
        <w:rPr>
          <w:rFonts w:ascii="Times New Roman" w:hAnsi="Times New Roman" w:cs="Times New Roman"/>
        </w:rPr>
        <w:t xml:space="preserve"> Not applicable.</w:t>
      </w:r>
    </w:p>
    <w:p w14:paraId="1C89B98E" w14:textId="6899ACDC" w:rsidR="00195357" w:rsidRPr="00565CD6" w:rsidRDefault="00195357" w:rsidP="00B74BCF">
      <w:pPr>
        <w:pStyle w:val="JHSBeyanlarbody"/>
        <w:rPr>
          <w:rFonts w:ascii="Times New Roman" w:hAnsi="Times New Roman" w:cs="Times New Roman"/>
          <w:b/>
          <w:bCs/>
        </w:rPr>
      </w:pPr>
      <w:r w:rsidRPr="00565CD6">
        <w:rPr>
          <w:rFonts w:ascii="Times New Roman" w:hAnsi="Times New Roman" w:cs="Times New Roman"/>
          <w:b/>
          <w:bCs/>
        </w:rPr>
        <w:br w:type="page"/>
      </w:r>
    </w:p>
    <w:p w14:paraId="6AA041AB" w14:textId="3D366E21" w:rsidR="00195357" w:rsidRPr="00565CD6" w:rsidRDefault="00195357" w:rsidP="00195357">
      <w:pPr>
        <w:pStyle w:val="JHSHeading1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lastRenderedPageBreak/>
        <w:t xml:space="preserve">Extended English </w:t>
      </w:r>
      <w:bookmarkStart w:id="5" w:name="_Hlk243296192"/>
      <w:r w:rsidR="00C9346C">
        <w:rPr>
          <w:rFonts w:ascii="Times New Roman" w:hAnsi="Times New Roman" w:cs="Times New Roman"/>
        </w:rPr>
        <w:t>Summary</w:t>
      </w:r>
      <w:r w:rsidR="00F54E35" w:rsidRPr="00565CD6">
        <w:rPr>
          <w:rFonts w:ascii="Times New Roman" w:hAnsi="Times New Roman" w:cs="Times New Roman"/>
        </w:rPr>
        <w:t xml:space="preserve"> </w:t>
      </w:r>
      <w:bookmarkEnd w:id="5"/>
      <w:r w:rsidR="00F54E35" w:rsidRPr="00565CD6">
        <w:rPr>
          <w:rFonts w:ascii="Times New Roman" w:hAnsi="Times New Roman" w:cs="Times New Roman"/>
        </w:rPr>
        <w:t>(if article language other than English)</w:t>
      </w:r>
    </w:p>
    <w:p w14:paraId="21042918" w14:textId="77777777" w:rsidR="00195357" w:rsidRPr="00565CD6" w:rsidRDefault="00195357" w:rsidP="00195357">
      <w:pPr>
        <w:pStyle w:val="JHSBody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t>Minimum 750 words required for non-English manuscripts. Include aim, theoretical background, methodology, findings, and contribution.</w:t>
      </w:r>
    </w:p>
    <w:p w14:paraId="52102127" w14:textId="77777777" w:rsidR="00705040" w:rsidRPr="00565CD6" w:rsidRDefault="00705040" w:rsidP="00A94D4F">
      <w:pPr>
        <w:pStyle w:val="JHSAbstractTitle"/>
        <w:rPr>
          <w:rFonts w:ascii="Times New Roman" w:hAnsi="Times New Roman" w:cs="Times New Roman"/>
        </w:rPr>
        <w:sectPr w:rsidR="00705040" w:rsidRPr="00565CD6" w:rsidSect="00195357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bookmarkStart w:id="6" w:name="_Hlk225936449"/>
    </w:p>
    <w:p w14:paraId="1B5E1A0F" w14:textId="61D4E503" w:rsidR="001671AE" w:rsidRPr="00565CD6" w:rsidRDefault="00705040" w:rsidP="00A94D4F">
      <w:pPr>
        <w:pStyle w:val="JHSAbstractTitle"/>
        <w:rPr>
          <w:rFonts w:ascii="Times New Roman" w:hAnsi="Times New Roman" w:cs="Times New Roman"/>
        </w:rPr>
      </w:pPr>
      <w:r w:rsidRPr="00565CD6">
        <w:rPr>
          <w:rFonts w:ascii="Times New Roman" w:hAnsi="Times New Roman" w:cs="Times New Roman"/>
        </w:rPr>
        <w:lastRenderedPageBreak/>
        <w:t>Appendix</w:t>
      </w:r>
      <w:bookmarkEnd w:id="6"/>
      <w:r w:rsidR="00412C2C">
        <w:rPr>
          <w:rFonts w:ascii="Times New Roman" w:hAnsi="Times New Roman" w:cs="Times New Roman"/>
        </w:rPr>
        <w:t xml:space="preserve"> (if any)</w:t>
      </w:r>
    </w:p>
    <w:sectPr w:rsidR="001671AE" w:rsidRPr="00565CD6" w:rsidSect="001953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FC156A" w14:textId="77777777" w:rsidR="00DB5816" w:rsidRDefault="00DB5816" w:rsidP="00C80583">
      <w:pPr>
        <w:spacing w:after="0" w:line="240" w:lineRule="auto"/>
      </w:pPr>
      <w:r>
        <w:separator/>
      </w:r>
    </w:p>
  </w:endnote>
  <w:endnote w:type="continuationSeparator" w:id="0">
    <w:p w14:paraId="3BE80E16" w14:textId="77777777" w:rsidR="00DB5816" w:rsidRDefault="00DB5816" w:rsidP="00C80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(Başlıklar)">
    <w:altName w:val="Calibri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66E2AE" w14:textId="77777777" w:rsidR="00675D55" w:rsidRDefault="00675D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  <w:rFonts w:ascii="Times New Roman" w:hAnsi="Times New Roman" w:cs="Times New Roman"/>
        <w:sz w:val="18"/>
        <w:szCs w:val="18"/>
      </w:rPr>
      <w:id w:val="-1439986041"/>
      <w:docPartObj>
        <w:docPartGallery w:val="Page Numbers (Bottom of Page)"/>
        <w:docPartUnique/>
      </w:docPartObj>
    </w:sdtPr>
    <w:sdtContent>
      <w:p w14:paraId="2B802FBA" w14:textId="56C5B74F" w:rsidR="00C80583" w:rsidRPr="00675D55" w:rsidRDefault="00C80583" w:rsidP="00C80583">
        <w:pPr>
          <w:pStyle w:val="AltBilgi"/>
          <w:framePr w:wrap="none" w:vAnchor="text" w:hAnchor="margin" w:xAlign="right" w:y="1"/>
          <w:rPr>
            <w:rStyle w:val="SayfaNumaras"/>
            <w:rFonts w:ascii="Times New Roman" w:hAnsi="Times New Roman" w:cs="Times New Roman"/>
            <w:sz w:val="18"/>
            <w:szCs w:val="18"/>
          </w:rPr>
        </w:pPr>
        <w:r w:rsidRPr="00675D55">
          <w:rPr>
            <w:rStyle w:val="SayfaNumaras"/>
            <w:rFonts w:ascii="Times New Roman" w:hAnsi="Times New Roman" w:cs="Times New Roman"/>
            <w:sz w:val="18"/>
            <w:szCs w:val="18"/>
          </w:rPr>
          <w:fldChar w:fldCharType="begin"/>
        </w:r>
        <w:r w:rsidRPr="00675D55">
          <w:rPr>
            <w:rStyle w:val="SayfaNumaras"/>
            <w:rFonts w:ascii="Times New Roman" w:hAnsi="Times New Roman" w:cs="Times New Roman"/>
            <w:sz w:val="18"/>
            <w:szCs w:val="18"/>
          </w:rPr>
          <w:instrText xml:space="preserve"> PAGE </w:instrText>
        </w:r>
        <w:r w:rsidRPr="00675D55">
          <w:rPr>
            <w:rStyle w:val="SayfaNumaras"/>
            <w:rFonts w:ascii="Times New Roman" w:hAnsi="Times New Roman" w:cs="Times New Roman"/>
            <w:sz w:val="18"/>
            <w:szCs w:val="18"/>
          </w:rPr>
          <w:fldChar w:fldCharType="separate"/>
        </w:r>
        <w:r w:rsidRPr="00675D55">
          <w:rPr>
            <w:rStyle w:val="SayfaNumaras"/>
            <w:rFonts w:ascii="Times New Roman" w:hAnsi="Times New Roman" w:cs="Times New Roman"/>
            <w:noProof/>
            <w:sz w:val="18"/>
            <w:szCs w:val="18"/>
          </w:rPr>
          <w:t>1</w:t>
        </w:r>
        <w:r w:rsidRPr="00675D55">
          <w:rPr>
            <w:rStyle w:val="SayfaNumaras"/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4425"/>
    </w:tblGrid>
    <w:tr w:rsidR="00C80583" w:rsidRPr="00675D55" w14:paraId="5DFAFDBB" w14:textId="77777777" w:rsidTr="00FA06FA">
      <w:trPr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vAlign w:val="bottom"/>
        </w:tcPr>
        <w:p w14:paraId="6FB3C0DE" w14:textId="4978A648" w:rsidR="00C80583" w:rsidRPr="00675D55" w:rsidRDefault="00C80583" w:rsidP="00FA06FA">
          <w:pPr>
            <w:pStyle w:val="AltBilgi"/>
            <w:pBdr>
              <w:top w:val="single" w:sz="4" w:space="1" w:color="auto"/>
            </w:pBdr>
            <w:tabs>
              <w:tab w:val="left" w:pos="1625"/>
              <w:tab w:val="center" w:pos="4642"/>
            </w:tabs>
            <w:ind w:right="360"/>
            <w:rPr>
              <w:rFonts w:ascii="Times New Roman" w:hAnsi="Times New Roman" w:cs="Times New Roman"/>
              <w:sz w:val="18"/>
              <w:szCs w:val="18"/>
            </w:rPr>
          </w:pPr>
          <w:r w:rsidRPr="00675D55">
            <w:rPr>
              <w:rFonts w:ascii="Times New Roman" w:hAnsi="Times New Roman" w:cs="Times New Roman"/>
              <w:i/>
              <w:iCs/>
              <w:sz w:val="18"/>
              <w:szCs w:val="18"/>
            </w:rPr>
            <w:t>Journal of Human Sciences</w:t>
          </w:r>
          <w:r w:rsidRPr="00675D55">
            <w:rPr>
              <w:rFonts w:ascii="Times New Roman" w:hAnsi="Times New Roman" w:cs="Times New Roman"/>
              <w:sz w:val="18"/>
              <w:szCs w:val="18"/>
            </w:rPr>
            <w:t xml:space="preserve"> • Vol. </w:t>
          </w:r>
          <w:r w:rsidR="007C395D" w:rsidRPr="00675D55">
            <w:rPr>
              <w:rFonts w:ascii="Times New Roman" w:hAnsi="Times New Roman" w:cs="Times New Roman"/>
              <w:sz w:val="18"/>
              <w:szCs w:val="18"/>
            </w:rPr>
            <w:t xml:space="preserve">23 </w:t>
          </w:r>
          <w:r w:rsidRPr="00675D55">
            <w:rPr>
              <w:rFonts w:ascii="Times New Roman" w:hAnsi="Times New Roman" w:cs="Times New Roman"/>
              <w:sz w:val="18"/>
              <w:szCs w:val="18"/>
            </w:rPr>
            <w:t xml:space="preserve">• Issue </w:t>
          </w:r>
          <w:r w:rsidR="00412C2C" w:rsidRPr="00675D55">
            <w:rPr>
              <w:rFonts w:ascii="Times New Roman" w:hAnsi="Times New Roman" w:cs="Times New Roman"/>
              <w:sz w:val="18"/>
              <w:szCs w:val="18"/>
            </w:rPr>
            <w:t>2</w:t>
          </w:r>
          <w:r w:rsidRPr="00675D55">
            <w:rPr>
              <w:rFonts w:ascii="Times New Roman" w:hAnsi="Times New Roman" w:cs="Times New Roman"/>
              <w:sz w:val="18"/>
              <w:szCs w:val="18"/>
            </w:rPr>
            <w:t xml:space="preserve"> • 2026</w:t>
          </w:r>
        </w:p>
      </w:tc>
    </w:tr>
  </w:tbl>
  <w:p w14:paraId="38FF0D5C" w14:textId="77777777" w:rsidR="00C80583" w:rsidRPr="00675D55" w:rsidRDefault="00C80583">
    <w:pPr>
      <w:pStyle w:val="AltBilgi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EDD9F" w14:textId="77777777" w:rsidR="00675D55" w:rsidRDefault="00675D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8862AF" w14:textId="77777777" w:rsidR="00DB5816" w:rsidRDefault="00DB5816" w:rsidP="00C80583">
      <w:pPr>
        <w:spacing w:after="0" w:line="240" w:lineRule="auto"/>
      </w:pPr>
      <w:r>
        <w:separator/>
      </w:r>
    </w:p>
  </w:footnote>
  <w:footnote w:type="continuationSeparator" w:id="0">
    <w:p w14:paraId="2CD89A85" w14:textId="77777777" w:rsidR="00DB5816" w:rsidRDefault="00DB5816" w:rsidP="00C80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EF725" w14:textId="77777777" w:rsidR="00675D55" w:rsidRDefault="00675D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CB0D1" w14:textId="533B294A" w:rsidR="00C80583" w:rsidRPr="00545B4D" w:rsidRDefault="00C80583" w:rsidP="00545B4D">
    <w:pPr>
      <w:pStyle w:val="stBilgi"/>
      <w:tabs>
        <w:tab w:val="clear" w:pos="4680"/>
        <w:tab w:val="clear" w:pos="9360"/>
        <w:tab w:val="left" w:pos="1736"/>
      </w:tabs>
      <w:rPr>
        <w:rFonts w:cs="Calibri (Başlıklar)"/>
        <w:caps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ED8244" w14:textId="77777777" w:rsidR="00675D55" w:rsidRDefault="00675D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5335605">
    <w:abstractNumId w:val="8"/>
  </w:num>
  <w:num w:numId="2" w16cid:durableId="1907059617">
    <w:abstractNumId w:val="6"/>
  </w:num>
  <w:num w:numId="3" w16cid:durableId="521089006">
    <w:abstractNumId w:val="5"/>
  </w:num>
  <w:num w:numId="4" w16cid:durableId="262416822">
    <w:abstractNumId w:val="4"/>
  </w:num>
  <w:num w:numId="5" w16cid:durableId="316223623">
    <w:abstractNumId w:val="7"/>
  </w:num>
  <w:num w:numId="6" w16cid:durableId="1637946861">
    <w:abstractNumId w:val="3"/>
  </w:num>
  <w:num w:numId="7" w16cid:durableId="1615942473">
    <w:abstractNumId w:val="2"/>
  </w:num>
  <w:num w:numId="8" w16cid:durableId="1442141210">
    <w:abstractNumId w:val="1"/>
  </w:num>
  <w:num w:numId="9" w16cid:durableId="5735842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704"/>
    <w:rsid w:val="00011614"/>
    <w:rsid w:val="000212FC"/>
    <w:rsid w:val="00034616"/>
    <w:rsid w:val="000514A7"/>
    <w:rsid w:val="0006063C"/>
    <w:rsid w:val="00063DEE"/>
    <w:rsid w:val="0008287D"/>
    <w:rsid w:val="00090835"/>
    <w:rsid w:val="000916C5"/>
    <w:rsid w:val="00091FF7"/>
    <w:rsid w:val="000E0C01"/>
    <w:rsid w:val="00111347"/>
    <w:rsid w:val="00111438"/>
    <w:rsid w:val="00114C91"/>
    <w:rsid w:val="00134275"/>
    <w:rsid w:val="00136BFE"/>
    <w:rsid w:val="0015074B"/>
    <w:rsid w:val="00151361"/>
    <w:rsid w:val="00160869"/>
    <w:rsid w:val="00163B15"/>
    <w:rsid w:val="00164692"/>
    <w:rsid w:val="001671AE"/>
    <w:rsid w:val="00174AEF"/>
    <w:rsid w:val="00195357"/>
    <w:rsid w:val="001B3D37"/>
    <w:rsid w:val="001C2928"/>
    <w:rsid w:val="001C73DE"/>
    <w:rsid w:val="0021213D"/>
    <w:rsid w:val="0021366D"/>
    <w:rsid w:val="00220CB7"/>
    <w:rsid w:val="00231050"/>
    <w:rsid w:val="002325B2"/>
    <w:rsid w:val="00240265"/>
    <w:rsid w:val="002525D4"/>
    <w:rsid w:val="0025366C"/>
    <w:rsid w:val="00286E5D"/>
    <w:rsid w:val="0029639D"/>
    <w:rsid w:val="002C7844"/>
    <w:rsid w:val="002E2601"/>
    <w:rsid w:val="002F31BE"/>
    <w:rsid w:val="00304DF4"/>
    <w:rsid w:val="00305E2E"/>
    <w:rsid w:val="00326F90"/>
    <w:rsid w:val="00344319"/>
    <w:rsid w:val="00346F3E"/>
    <w:rsid w:val="00346F4B"/>
    <w:rsid w:val="00356F73"/>
    <w:rsid w:val="00382A1F"/>
    <w:rsid w:val="00395D63"/>
    <w:rsid w:val="003A1F5E"/>
    <w:rsid w:val="003A6545"/>
    <w:rsid w:val="003D2B4C"/>
    <w:rsid w:val="003E2A68"/>
    <w:rsid w:val="003F74FE"/>
    <w:rsid w:val="003F7A5A"/>
    <w:rsid w:val="0040040E"/>
    <w:rsid w:val="00402B10"/>
    <w:rsid w:val="004072B5"/>
    <w:rsid w:val="00412C2C"/>
    <w:rsid w:val="00416669"/>
    <w:rsid w:val="004224BB"/>
    <w:rsid w:val="00425486"/>
    <w:rsid w:val="004460B8"/>
    <w:rsid w:val="00484200"/>
    <w:rsid w:val="004A7194"/>
    <w:rsid w:val="004E6881"/>
    <w:rsid w:val="0050007A"/>
    <w:rsid w:val="00511353"/>
    <w:rsid w:val="0054459B"/>
    <w:rsid w:val="00545B4D"/>
    <w:rsid w:val="00546428"/>
    <w:rsid w:val="0055213D"/>
    <w:rsid w:val="00555004"/>
    <w:rsid w:val="00555358"/>
    <w:rsid w:val="00555D25"/>
    <w:rsid w:val="00565CD6"/>
    <w:rsid w:val="005727A8"/>
    <w:rsid w:val="00591175"/>
    <w:rsid w:val="005B49D3"/>
    <w:rsid w:val="005C5A64"/>
    <w:rsid w:val="005D3CE2"/>
    <w:rsid w:val="00607E6F"/>
    <w:rsid w:val="00610353"/>
    <w:rsid w:val="00612A44"/>
    <w:rsid w:val="00622241"/>
    <w:rsid w:val="006454D2"/>
    <w:rsid w:val="006524D3"/>
    <w:rsid w:val="00675D55"/>
    <w:rsid w:val="006878A2"/>
    <w:rsid w:val="006962F7"/>
    <w:rsid w:val="0069651A"/>
    <w:rsid w:val="006A27A9"/>
    <w:rsid w:val="006A6560"/>
    <w:rsid w:val="006C705E"/>
    <w:rsid w:val="006D4F32"/>
    <w:rsid w:val="006E0F46"/>
    <w:rsid w:val="006E4098"/>
    <w:rsid w:val="006F48DB"/>
    <w:rsid w:val="006F6969"/>
    <w:rsid w:val="006F7FA1"/>
    <w:rsid w:val="00705040"/>
    <w:rsid w:val="007052D5"/>
    <w:rsid w:val="007162D8"/>
    <w:rsid w:val="007328E4"/>
    <w:rsid w:val="00741984"/>
    <w:rsid w:val="00741F74"/>
    <w:rsid w:val="00744BB4"/>
    <w:rsid w:val="007452BC"/>
    <w:rsid w:val="007846C8"/>
    <w:rsid w:val="007977BD"/>
    <w:rsid w:val="007A4663"/>
    <w:rsid w:val="007B0BA7"/>
    <w:rsid w:val="007C395D"/>
    <w:rsid w:val="007C4CA0"/>
    <w:rsid w:val="007E0E96"/>
    <w:rsid w:val="007E254B"/>
    <w:rsid w:val="007E782A"/>
    <w:rsid w:val="00812659"/>
    <w:rsid w:val="00813376"/>
    <w:rsid w:val="00833273"/>
    <w:rsid w:val="00835F60"/>
    <w:rsid w:val="00850064"/>
    <w:rsid w:val="0085383B"/>
    <w:rsid w:val="00862A58"/>
    <w:rsid w:val="008630B6"/>
    <w:rsid w:val="00863C38"/>
    <w:rsid w:val="00883C35"/>
    <w:rsid w:val="00896E2B"/>
    <w:rsid w:val="008A3AFA"/>
    <w:rsid w:val="008A67C9"/>
    <w:rsid w:val="008B3EF0"/>
    <w:rsid w:val="008B6716"/>
    <w:rsid w:val="008B7653"/>
    <w:rsid w:val="008C08F9"/>
    <w:rsid w:val="008C3EE8"/>
    <w:rsid w:val="008C7245"/>
    <w:rsid w:val="008D3406"/>
    <w:rsid w:val="008F0C32"/>
    <w:rsid w:val="008F617F"/>
    <w:rsid w:val="009169E8"/>
    <w:rsid w:val="00920C8B"/>
    <w:rsid w:val="00943947"/>
    <w:rsid w:val="00950FF9"/>
    <w:rsid w:val="00953B86"/>
    <w:rsid w:val="009631C1"/>
    <w:rsid w:val="0096689B"/>
    <w:rsid w:val="009D2A3F"/>
    <w:rsid w:val="009D72BA"/>
    <w:rsid w:val="009E1DE5"/>
    <w:rsid w:val="009E29C5"/>
    <w:rsid w:val="00A02005"/>
    <w:rsid w:val="00A12D05"/>
    <w:rsid w:val="00A1312F"/>
    <w:rsid w:val="00A148DC"/>
    <w:rsid w:val="00A15907"/>
    <w:rsid w:val="00A16C4B"/>
    <w:rsid w:val="00A31B13"/>
    <w:rsid w:val="00A42DC2"/>
    <w:rsid w:val="00A50393"/>
    <w:rsid w:val="00A53B23"/>
    <w:rsid w:val="00A90619"/>
    <w:rsid w:val="00A90810"/>
    <w:rsid w:val="00A94D4F"/>
    <w:rsid w:val="00A9773D"/>
    <w:rsid w:val="00AA1C35"/>
    <w:rsid w:val="00AA1D8D"/>
    <w:rsid w:val="00AA6CCC"/>
    <w:rsid w:val="00AB0828"/>
    <w:rsid w:val="00AC2701"/>
    <w:rsid w:val="00AC7439"/>
    <w:rsid w:val="00B4142E"/>
    <w:rsid w:val="00B454A6"/>
    <w:rsid w:val="00B46DD8"/>
    <w:rsid w:val="00B47730"/>
    <w:rsid w:val="00B507D6"/>
    <w:rsid w:val="00B53685"/>
    <w:rsid w:val="00B55903"/>
    <w:rsid w:val="00B62542"/>
    <w:rsid w:val="00B65C97"/>
    <w:rsid w:val="00B7114E"/>
    <w:rsid w:val="00B72A06"/>
    <w:rsid w:val="00B74BCF"/>
    <w:rsid w:val="00B916CF"/>
    <w:rsid w:val="00B94680"/>
    <w:rsid w:val="00BE003A"/>
    <w:rsid w:val="00BE1F69"/>
    <w:rsid w:val="00BF1C78"/>
    <w:rsid w:val="00C04B8A"/>
    <w:rsid w:val="00C20CC6"/>
    <w:rsid w:val="00C563D7"/>
    <w:rsid w:val="00C64753"/>
    <w:rsid w:val="00C76C3A"/>
    <w:rsid w:val="00C77FDA"/>
    <w:rsid w:val="00C80583"/>
    <w:rsid w:val="00C81CD2"/>
    <w:rsid w:val="00C9346C"/>
    <w:rsid w:val="00CB0664"/>
    <w:rsid w:val="00CC6CD6"/>
    <w:rsid w:val="00D02D81"/>
    <w:rsid w:val="00D32074"/>
    <w:rsid w:val="00D44BF4"/>
    <w:rsid w:val="00D51A53"/>
    <w:rsid w:val="00D6662F"/>
    <w:rsid w:val="00D71E1F"/>
    <w:rsid w:val="00D7318E"/>
    <w:rsid w:val="00D86294"/>
    <w:rsid w:val="00D86579"/>
    <w:rsid w:val="00D94C34"/>
    <w:rsid w:val="00DA23C3"/>
    <w:rsid w:val="00DA5CAC"/>
    <w:rsid w:val="00DB5816"/>
    <w:rsid w:val="00DC2566"/>
    <w:rsid w:val="00DF7F76"/>
    <w:rsid w:val="00E114AF"/>
    <w:rsid w:val="00E11900"/>
    <w:rsid w:val="00E169A2"/>
    <w:rsid w:val="00E37730"/>
    <w:rsid w:val="00E526D1"/>
    <w:rsid w:val="00E87076"/>
    <w:rsid w:val="00E97B00"/>
    <w:rsid w:val="00EA1CD0"/>
    <w:rsid w:val="00EA2146"/>
    <w:rsid w:val="00EA7B33"/>
    <w:rsid w:val="00EB42BB"/>
    <w:rsid w:val="00EB4E75"/>
    <w:rsid w:val="00EE1A70"/>
    <w:rsid w:val="00F01D64"/>
    <w:rsid w:val="00F2202C"/>
    <w:rsid w:val="00F40157"/>
    <w:rsid w:val="00F43974"/>
    <w:rsid w:val="00F54E35"/>
    <w:rsid w:val="00F55F96"/>
    <w:rsid w:val="00F5756F"/>
    <w:rsid w:val="00F578C4"/>
    <w:rsid w:val="00F70882"/>
    <w:rsid w:val="00F730FA"/>
    <w:rsid w:val="00F94142"/>
    <w:rsid w:val="00F94C40"/>
    <w:rsid w:val="00F96CAC"/>
    <w:rsid w:val="00FA06FA"/>
    <w:rsid w:val="00FC693F"/>
    <w:rsid w:val="00FC6B4B"/>
    <w:rsid w:val="00FD181B"/>
    <w:rsid w:val="00FE206C"/>
    <w:rsid w:val="00FE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1FFF5"/>
  <w14:defaultImageDpi w14:val="300"/>
  <w15:docId w15:val="{02324C86-EEA9-004F-ADF9-3822AD86F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HSTitle">
    <w:name w:val="JHS Title"/>
    <w:qFormat/>
    <w:rsid w:val="0040040E"/>
    <w:pPr>
      <w:adjustRightInd w:val="0"/>
      <w:snapToGrid w:val="0"/>
      <w:spacing w:before="240" w:after="120" w:line="360" w:lineRule="auto"/>
      <w:jc w:val="center"/>
    </w:pPr>
    <w:rPr>
      <w:rFonts w:ascii="Calibri" w:hAnsi="Calibri"/>
      <w:b/>
      <w:sz w:val="28"/>
    </w:rPr>
  </w:style>
  <w:style w:type="paragraph" w:customStyle="1" w:styleId="JHSSubtitle">
    <w:name w:val="JHS Subtitle"/>
    <w:qFormat/>
    <w:rsid w:val="0040040E"/>
    <w:pPr>
      <w:adjustRightInd w:val="0"/>
      <w:snapToGrid w:val="0"/>
      <w:spacing w:after="240" w:line="360" w:lineRule="auto"/>
      <w:jc w:val="center"/>
    </w:pPr>
    <w:rPr>
      <w:rFonts w:ascii="Calibri" w:hAnsi="Calibri"/>
      <w:i/>
      <w:sz w:val="24"/>
    </w:rPr>
  </w:style>
  <w:style w:type="paragraph" w:customStyle="1" w:styleId="JHSYazarName">
    <w:name w:val="JHS Yazar Name"/>
    <w:basedOn w:val="Normal"/>
    <w:next w:val="JHSAjthorAffiliation"/>
    <w:qFormat/>
    <w:rsid w:val="0021213D"/>
    <w:pPr>
      <w:adjustRightInd w:val="0"/>
      <w:snapToGrid w:val="0"/>
      <w:spacing w:after="120" w:line="240" w:lineRule="auto"/>
    </w:pPr>
    <w:rPr>
      <w:rFonts w:ascii="Calibri" w:hAnsi="Calibri"/>
      <w:b/>
      <w:szCs w:val="20"/>
    </w:rPr>
  </w:style>
  <w:style w:type="paragraph" w:customStyle="1" w:styleId="JHSCitationbalk">
    <w:name w:val="JHS Citation başlık"/>
    <w:next w:val="JHScitationmetnin"/>
    <w:qFormat/>
    <w:rsid w:val="00AA1C35"/>
    <w:pPr>
      <w:adjustRightInd w:val="0"/>
      <w:snapToGrid w:val="0"/>
      <w:spacing w:before="120" w:after="60" w:line="240" w:lineRule="auto"/>
    </w:pPr>
    <w:rPr>
      <w:rFonts w:ascii="Calibri" w:hAnsi="Calibri"/>
      <w:b/>
      <w:sz w:val="20"/>
    </w:rPr>
  </w:style>
  <w:style w:type="paragraph" w:customStyle="1" w:styleId="JHSAbstractTitle">
    <w:name w:val="JHS Abstract Title"/>
    <w:qFormat/>
    <w:rsid w:val="009E1DE5"/>
    <w:pPr>
      <w:keepNext/>
      <w:adjustRightInd w:val="0"/>
      <w:snapToGrid w:val="0"/>
      <w:spacing w:before="240" w:after="120"/>
    </w:pPr>
    <w:rPr>
      <w:rFonts w:ascii="Calibri" w:hAnsi="Calibri"/>
      <w:b/>
    </w:rPr>
  </w:style>
  <w:style w:type="paragraph" w:customStyle="1" w:styleId="JHSKeywords">
    <w:name w:val="JHS Keywords"/>
    <w:qFormat/>
    <w:rsid w:val="00A90619"/>
    <w:pPr>
      <w:adjustRightInd w:val="0"/>
      <w:snapToGrid w:val="0"/>
      <w:spacing w:after="240"/>
    </w:pPr>
    <w:rPr>
      <w:rFonts w:ascii="Calibri" w:hAnsi="Calibri"/>
    </w:rPr>
  </w:style>
  <w:style w:type="paragraph" w:customStyle="1" w:styleId="JHSHeading1">
    <w:name w:val="JHS Heading1"/>
    <w:next w:val="JHSHeading2"/>
    <w:qFormat/>
    <w:rsid w:val="00DA23C3"/>
    <w:pPr>
      <w:keepNext/>
      <w:adjustRightInd w:val="0"/>
      <w:snapToGrid w:val="0"/>
      <w:spacing w:before="240" w:after="120"/>
    </w:pPr>
    <w:rPr>
      <w:rFonts w:ascii="Calibri" w:hAnsi="Calibri"/>
      <w:b/>
    </w:rPr>
  </w:style>
  <w:style w:type="paragraph" w:customStyle="1" w:styleId="JHSHeading2">
    <w:name w:val="JHS Heading2"/>
    <w:qFormat/>
    <w:rsid w:val="009D72BA"/>
    <w:pPr>
      <w:keepNext/>
      <w:adjustRightInd w:val="0"/>
      <w:snapToGrid w:val="0"/>
      <w:spacing w:before="120" w:after="60" w:line="360" w:lineRule="auto"/>
    </w:pPr>
    <w:rPr>
      <w:rFonts w:ascii="Calibri" w:hAnsi="Calibri"/>
      <w:b/>
    </w:rPr>
  </w:style>
  <w:style w:type="paragraph" w:customStyle="1" w:styleId="JHSBody">
    <w:name w:val="JHS Body"/>
    <w:qFormat/>
    <w:rsid w:val="00741984"/>
    <w:pPr>
      <w:adjustRightInd w:val="0"/>
      <w:snapToGrid w:val="0"/>
      <w:spacing w:after="120"/>
      <w:ind w:firstLine="720"/>
    </w:pPr>
    <w:rPr>
      <w:rFonts w:ascii="Calibri" w:hAnsi="Calibri"/>
    </w:rPr>
  </w:style>
  <w:style w:type="paragraph" w:customStyle="1" w:styleId="JHSkaynaka">
    <w:name w:val="JHS kaynakça"/>
    <w:qFormat/>
    <w:rsid w:val="00850064"/>
    <w:pPr>
      <w:adjustRightInd w:val="0"/>
      <w:snapToGrid w:val="0"/>
      <w:spacing w:after="60"/>
      <w:ind w:left="720" w:hanging="720"/>
    </w:pPr>
    <w:rPr>
      <w:rFonts w:ascii="Calibri" w:hAnsi="Calibri"/>
    </w:rPr>
  </w:style>
  <w:style w:type="character" w:styleId="zlenenKpr">
    <w:name w:val="FollowedHyperlink"/>
    <w:basedOn w:val="VarsaylanParagrafYazTipi"/>
    <w:uiPriority w:val="99"/>
    <w:semiHidden/>
    <w:unhideWhenUsed/>
    <w:rsid w:val="0021213D"/>
    <w:rPr>
      <w:color w:val="800080" w:themeColor="followedHyperlink"/>
      <w:u w:val="single"/>
    </w:rPr>
  </w:style>
  <w:style w:type="paragraph" w:customStyle="1" w:styleId="JHSYazarAffiliation">
    <w:name w:val="JHS YazarAffiliation"/>
    <w:basedOn w:val="Normal"/>
    <w:next w:val="Normal"/>
    <w:qFormat/>
    <w:rsid w:val="00063DEE"/>
    <w:pPr>
      <w:adjustRightInd w:val="0"/>
      <w:snapToGrid w:val="0"/>
      <w:spacing w:after="0" w:line="240" w:lineRule="auto"/>
    </w:pPr>
    <w:rPr>
      <w:sz w:val="20"/>
      <w:szCs w:val="20"/>
    </w:rPr>
  </w:style>
  <w:style w:type="paragraph" w:customStyle="1" w:styleId="JHSCorrespondingyazar">
    <w:name w:val="JHS Corresponding yazar"/>
    <w:basedOn w:val="Normal"/>
    <w:next w:val="JHSCitationbalk"/>
    <w:qFormat/>
    <w:rsid w:val="00A90619"/>
    <w:pPr>
      <w:adjustRightInd w:val="0"/>
      <w:snapToGrid w:val="0"/>
      <w:spacing w:before="120" w:after="240"/>
    </w:pPr>
    <w:rPr>
      <w:rFonts w:asciiTheme="majorHAnsi" w:hAnsiTheme="majorHAnsi"/>
      <w:szCs w:val="20"/>
    </w:rPr>
  </w:style>
  <w:style w:type="character" w:styleId="Kpr">
    <w:name w:val="Hyperlink"/>
    <w:basedOn w:val="VarsaylanParagrafYazTipi"/>
    <w:uiPriority w:val="99"/>
    <w:unhideWhenUsed/>
    <w:rsid w:val="005B49D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B4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JHSTableierik">
    <w:name w:val="JHS Table içerik"/>
    <w:basedOn w:val="JHSBody"/>
    <w:next w:val="Normal"/>
    <w:qFormat/>
    <w:rsid w:val="00D02D81"/>
    <w:pPr>
      <w:spacing w:line="240" w:lineRule="auto"/>
      <w:ind w:firstLine="0"/>
    </w:pPr>
    <w:rPr>
      <w:sz w:val="20"/>
    </w:rPr>
  </w:style>
  <w:style w:type="paragraph" w:customStyle="1" w:styleId="JHSTableFigurebal">
    <w:name w:val="JHS Table/Figure başlığı"/>
    <w:basedOn w:val="JHSBody"/>
    <w:next w:val="JHSTableierik"/>
    <w:qFormat/>
    <w:rsid w:val="00E87076"/>
    <w:pPr>
      <w:keepNext/>
      <w:spacing w:before="120" w:line="240" w:lineRule="auto"/>
      <w:ind w:firstLine="0"/>
    </w:pPr>
    <w:rPr>
      <w:i/>
    </w:rPr>
  </w:style>
  <w:style w:type="character" w:styleId="SayfaNumaras">
    <w:name w:val="page number"/>
    <w:basedOn w:val="VarsaylanParagrafYazTipi"/>
    <w:uiPriority w:val="99"/>
    <w:semiHidden/>
    <w:unhideWhenUsed/>
    <w:rsid w:val="00C80583"/>
  </w:style>
  <w:style w:type="paragraph" w:customStyle="1" w:styleId="JHSAbstractBody">
    <w:name w:val="JHS Abstract Body"/>
    <w:basedOn w:val="JHSBody"/>
    <w:next w:val="JHSKeywords"/>
    <w:qFormat/>
    <w:rsid w:val="002525D4"/>
    <w:pPr>
      <w:ind w:firstLine="0"/>
    </w:pPr>
  </w:style>
  <w:style w:type="paragraph" w:customStyle="1" w:styleId="JHSExtendedEnglishAbstractBODY">
    <w:name w:val="JHS Extended English Abstract BODY"/>
    <w:basedOn w:val="JHSBody"/>
    <w:qFormat/>
    <w:rsid w:val="00FD181B"/>
  </w:style>
  <w:style w:type="paragraph" w:customStyle="1" w:styleId="JHSArticleTitle">
    <w:name w:val="JHS Article Title"/>
    <w:next w:val="JHSArticleSubtitle"/>
    <w:qFormat/>
    <w:rsid w:val="008B6716"/>
    <w:pPr>
      <w:adjustRightInd w:val="0"/>
      <w:snapToGrid w:val="0"/>
      <w:spacing w:before="720" w:after="180"/>
      <w:jc w:val="center"/>
    </w:pPr>
    <w:rPr>
      <w:rFonts w:ascii="Calibri" w:hAnsi="Calibri"/>
      <w:b/>
      <w:sz w:val="28"/>
    </w:rPr>
  </w:style>
  <w:style w:type="paragraph" w:customStyle="1" w:styleId="JHSArticleSubtitle">
    <w:name w:val="JHS Article Subtitle"/>
    <w:basedOn w:val="JHSArticleTitle"/>
    <w:next w:val="JHSAuthorName"/>
    <w:qFormat/>
    <w:rsid w:val="008B6716"/>
    <w:pPr>
      <w:spacing w:before="0" w:after="480"/>
    </w:pPr>
    <w:rPr>
      <w:b w:val="0"/>
      <w:i/>
      <w:sz w:val="24"/>
    </w:rPr>
  </w:style>
  <w:style w:type="paragraph" w:customStyle="1" w:styleId="JHSExtendedAbstractgndermeNotu">
    <w:name w:val="JHS Extended Abstract gönderme Notu"/>
    <w:basedOn w:val="Normal"/>
    <w:next w:val="JHSHeading1"/>
    <w:qFormat/>
    <w:rsid w:val="00346F3E"/>
    <w:pPr>
      <w:adjustRightInd w:val="0"/>
      <w:snapToGrid w:val="0"/>
      <w:spacing w:before="240" w:after="480" w:line="240" w:lineRule="auto"/>
    </w:pPr>
    <w:rPr>
      <w:b/>
      <w:i/>
    </w:rPr>
  </w:style>
  <w:style w:type="paragraph" w:customStyle="1" w:styleId="JHSTableFigureNumarasstsatr">
    <w:name w:val="JHS Table/Figure Numarası üst satır"/>
    <w:basedOn w:val="JHSBody"/>
    <w:next w:val="Normal"/>
    <w:qFormat/>
    <w:rsid w:val="00920C8B"/>
    <w:pPr>
      <w:keepNext/>
      <w:spacing w:before="240" w:line="240" w:lineRule="auto"/>
    </w:pPr>
    <w:rPr>
      <w:b/>
    </w:rPr>
  </w:style>
  <w:style w:type="paragraph" w:customStyle="1" w:styleId="JHSTableFigurenotukaynak">
    <w:name w:val="JHS Table/Figure notu (kaynak)"/>
    <w:basedOn w:val="Normal"/>
    <w:next w:val="JHSBody"/>
    <w:qFormat/>
    <w:rsid w:val="00BF1C78"/>
    <w:pPr>
      <w:keepLines/>
      <w:adjustRightInd w:val="0"/>
      <w:snapToGrid w:val="0"/>
      <w:spacing w:before="60" w:after="120" w:line="240" w:lineRule="auto"/>
    </w:pPr>
    <w:rPr>
      <w:rFonts w:ascii="Calibri" w:hAnsi="Calibri"/>
      <w:sz w:val="20"/>
    </w:rPr>
  </w:style>
  <w:style w:type="paragraph" w:customStyle="1" w:styleId="JHSBeyanlarbody">
    <w:name w:val="JHS Beyanlar body"/>
    <w:basedOn w:val="JHSBody"/>
    <w:qFormat/>
    <w:rsid w:val="00850064"/>
    <w:pPr>
      <w:keepNext/>
      <w:spacing w:after="60"/>
      <w:ind w:firstLine="0"/>
    </w:pPr>
    <w:rPr>
      <w:rFonts w:asciiTheme="majorHAnsi" w:hAnsiTheme="majorHAnsi" w:cstheme="majorHAnsi"/>
      <w:sz w:val="20"/>
    </w:rPr>
  </w:style>
  <w:style w:type="paragraph" w:customStyle="1" w:styleId="JHSBeyanlarBalk">
    <w:name w:val="JHS Beyanlar Başlık"/>
    <w:basedOn w:val="NormalWeb"/>
    <w:qFormat/>
    <w:rsid w:val="00F730FA"/>
    <w:pPr>
      <w:keepNext/>
      <w:adjustRightInd w:val="0"/>
      <w:snapToGrid w:val="0"/>
      <w:spacing w:before="240" w:beforeAutospacing="0" w:after="120" w:afterAutospacing="0"/>
    </w:pPr>
    <w:rPr>
      <w:rFonts w:asciiTheme="majorHAnsi" w:hAnsiTheme="majorHAnsi" w:cstheme="majorHAnsi"/>
      <w:b/>
      <w:sz w:val="22"/>
      <w:szCs w:val="22"/>
    </w:rPr>
  </w:style>
  <w:style w:type="paragraph" w:customStyle="1" w:styleId="JHScitationmetnin">
    <w:name w:val="JHS citation metnin"/>
    <w:qFormat/>
    <w:rsid w:val="008B3EF0"/>
    <w:pPr>
      <w:adjustRightInd w:val="0"/>
      <w:snapToGrid w:val="0"/>
      <w:spacing w:after="120"/>
    </w:pPr>
    <w:rPr>
      <w:rFonts w:asciiTheme="majorHAnsi" w:hAnsiTheme="majorHAnsi" w:cstheme="majorHAnsi"/>
      <w:iCs/>
      <w:sz w:val="20"/>
      <w:szCs w:val="20"/>
    </w:rPr>
  </w:style>
  <w:style w:type="paragraph" w:customStyle="1" w:styleId="JHSORCID">
    <w:name w:val="JHS ORCID"/>
    <w:basedOn w:val="Normal"/>
    <w:next w:val="JHSEmail"/>
    <w:qFormat/>
    <w:rsid w:val="00610353"/>
    <w:pPr>
      <w:adjustRightInd w:val="0"/>
      <w:snapToGrid w:val="0"/>
      <w:spacing w:after="60"/>
    </w:pPr>
    <w:rPr>
      <w:rFonts w:asciiTheme="majorHAnsi" w:hAnsiTheme="majorHAnsi"/>
      <w:sz w:val="18"/>
      <w:szCs w:val="20"/>
    </w:rPr>
  </w:style>
  <w:style w:type="paragraph" w:customStyle="1" w:styleId="JHSAuthorName">
    <w:name w:val="JHS Author Name"/>
    <w:basedOn w:val="Normal"/>
    <w:qFormat/>
    <w:rsid w:val="00A90619"/>
    <w:pPr>
      <w:adjustRightInd w:val="0"/>
      <w:snapToGrid w:val="0"/>
      <w:spacing w:before="120" w:after="120"/>
    </w:pPr>
    <w:rPr>
      <w:rFonts w:ascii="Calibri" w:hAnsi="Calibri"/>
      <w:b/>
      <w:szCs w:val="20"/>
    </w:rPr>
  </w:style>
  <w:style w:type="paragraph" w:customStyle="1" w:styleId="JHSAjthorAffiliation">
    <w:name w:val="JHS Ajthor Affiliation"/>
    <w:basedOn w:val="Normal"/>
    <w:next w:val="JHSORCID"/>
    <w:qFormat/>
    <w:rsid w:val="00610353"/>
    <w:pPr>
      <w:adjustRightInd w:val="0"/>
      <w:snapToGrid w:val="0"/>
      <w:spacing w:after="60"/>
    </w:pPr>
    <w:rPr>
      <w:rFonts w:asciiTheme="majorHAnsi" w:hAnsiTheme="majorHAnsi"/>
      <w:sz w:val="20"/>
      <w:szCs w:val="20"/>
    </w:rPr>
  </w:style>
  <w:style w:type="paragraph" w:customStyle="1" w:styleId="JHSEmail">
    <w:name w:val="JHS Email"/>
    <w:basedOn w:val="Normal"/>
    <w:next w:val="JHSAuthorName"/>
    <w:qFormat/>
    <w:rsid w:val="003F7A5A"/>
    <w:pPr>
      <w:adjustRightInd w:val="0"/>
      <w:snapToGrid w:val="0"/>
      <w:spacing w:after="240"/>
    </w:pPr>
    <w:rPr>
      <w:rFonts w:ascii="Calibri" w:hAnsi="Calibri"/>
      <w:sz w:val="18"/>
      <w:szCs w:val="20"/>
    </w:rPr>
  </w:style>
  <w:style w:type="paragraph" w:customStyle="1" w:styleId="JHSCitation">
    <w:name w:val="JHS Citation"/>
    <w:next w:val="JHSAbstractTitle"/>
    <w:qFormat/>
    <w:rsid w:val="00AA1C35"/>
    <w:pPr>
      <w:adjustRightInd w:val="0"/>
      <w:snapToGrid w:val="0"/>
      <w:spacing w:after="240" w:line="240" w:lineRule="auto"/>
    </w:pPr>
    <w:rPr>
      <w:rFonts w:ascii="Calibri" w:hAnsi="Calibri"/>
      <w:sz w:val="20"/>
    </w:rPr>
  </w:style>
  <w:style w:type="paragraph" w:customStyle="1" w:styleId="JHSReferences">
    <w:name w:val="JHS References"/>
    <w:qFormat/>
    <w:rsid w:val="00612A44"/>
    <w:pPr>
      <w:adjustRightInd w:val="0"/>
      <w:snapToGrid w:val="0"/>
      <w:spacing w:after="0" w:line="240" w:lineRule="auto"/>
      <w:ind w:left="720" w:hanging="720"/>
    </w:pPr>
    <w:rPr>
      <w:rFonts w:ascii="Calibri" w:hAnsi="Calibri"/>
    </w:rPr>
  </w:style>
  <w:style w:type="paragraph" w:customStyle="1" w:styleId="JHSTableBody">
    <w:name w:val="JHS Table Body"/>
    <w:basedOn w:val="JHSBody"/>
    <w:next w:val="Normal"/>
    <w:qFormat/>
    <w:rsid w:val="00F96CAC"/>
    <w:pPr>
      <w:spacing w:after="0" w:line="240" w:lineRule="auto"/>
      <w:ind w:firstLine="0"/>
    </w:pPr>
    <w:rPr>
      <w:sz w:val="20"/>
    </w:rPr>
  </w:style>
  <w:style w:type="character" w:styleId="SatrNumaras">
    <w:name w:val="line number"/>
    <w:basedOn w:val="VarsaylanParagrafYazTipi"/>
    <w:uiPriority w:val="99"/>
    <w:semiHidden/>
    <w:unhideWhenUsed/>
    <w:rsid w:val="00591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4687/jhs.v23i2.XXX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0-0000-00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310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Journal of Human Sciences</dc:creator>
  <cp:keywords/>
  <dc:description>İnsan bilimleri dergisi yayın şablonu</dc:description>
  <cp:lastModifiedBy>Üniversite</cp:lastModifiedBy>
  <cp:revision>26</cp:revision>
  <dcterms:created xsi:type="dcterms:W3CDTF">2026-04-12T06:52:00Z</dcterms:created>
  <dcterms:modified xsi:type="dcterms:W3CDTF">2026-10-19T07:02:00Z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2026-03-28T11:33:43Z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89bb3e44-deea-4987-90b1-b33842d4e015</vt:lpwstr>
  </property>
  <property fmtid="{D5CDD505-2E9C-101B-9397-08002B2CF9AE}" pid="7" name="MSIP_Label_defa4170-0d19-0005-0004-bc88714345d2_ActionId">
    <vt:lpwstr>2bfb2b2a-ef9a-444a-93c6-21743318a119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